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Egy milla. Harminc nap. Mit lépsz?</w:t>
      </w:r>
    </w:p>
    <w:p>
      <w:pPr>
        <w:jc w:val="center"/>
      </w:pPr>
      <w:r>
        <w:rPr>
          <w:i/>
          <w:sz w:val="24"/>
        </w:rPr>
        <w:t>1 000 000 Ft + 30 nap - iskolafejlesztési kihívás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 milla. Harminc nap. Mit lépsz?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1 000 000 Ft + 30 nap - megvalósítható diákötletek az iskoláért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Diákhostok; felnőtt segítő háttérrel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9-11.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 fő; 5 × 4 fős csapat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Csoportmunkára alkalmas tanterem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☐ O   ☒ I   ☒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Telefon használható valós árak, szállítási idő és szükséges információk ellenőrzésére. AI használata nem megengedett.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egy valós keretekhez kötött iskolafejlesztési ötletet dolgoznak ki: mit változtatnának, kinek lenne jobb, mennyibe kerülne, és hogyan lehetne 30 napon belül ténylegesen megvalósítani.</w:t>
      </w:r>
    </w:p>
    <w:p>
      <w:r>
        <w:t>A műhelyben a diákok megtapasztalják, hogy a vélemény és ötlet akkor tud hatássá válni, ha közösségi értéket teremt, reális keretekkel számol, és megmutatja a megvalósítás első lépéseit. A műhely nem verseny.</w:t>
      </w:r>
    </w:p>
    <w:p>
      <w:r>
        <w:rPr>
          <w:b/>
        </w:rPr>
        <w:t>A foglalkozás fő üzenete</w:t>
      </w:r>
    </w:p>
    <w:p>
      <w:r>
        <w:t>„Ötletből akkor lesz hatás, ha meg tudjuk mutatni, kinek jó, mennyibe kerül és hogyan lesz belőle valóság.”</w:t>
      </w:r>
    </w:p>
    <w:p>
      <w:pPr>
        <w:pStyle w:val="Cmsor1"/>
      </w:pPr>
      <w:r>
        <w:t>3. A műhely eredménye - „hangnyom”</w:t>
      </w:r>
    </w:p>
    <w:p>
      <w:r>
        <w:t>Minden 4 fős csapat egy flipcharton vagy A3 lapon készíti el a megoldását.</w:t>
      </w:r>
    </w:p>
    <w:p>
      <w:pPr>
        <w:pStyle w:val="Felsorols"/>
      </w:pPr>
      <w:r>
        <w:t>Nincs kötött forma: rajzolhatnak, írhatnak, nyilazhatnak, használhatnak Post-itet, matricát, filcet és színes ceruzát. A négy kötelező tartalmi elemnek viszont mindenképpen látszania kell.</w:t>
      </w:r>
    </w:p>
    <w:p>
      <w:pPr>
        <w:pStyle w:val="Felsorols"/>
      </w:pPr>
      <w:r>
        <w:t>Mi az ötlet?</w:t>
      </w:r>
    </w:p>
    <w:p>
      <w:pPr>
        <w:pStyle w:val="Felsorols"/>
      </w:pPr>
      <w:r>
        <w:t>Kinek és miért jó?</w:t>
      </w:r>
    </w:p>
    <w:p>
      <w:pPr>
        <w:pStyle w:val="Felsorols"/>
      </w:pPr>
      <w:r>
        <w:t>Mennyibe kerül? - egyszerű, valós alapú költségvetés</w:t>
      </w:r>
    </w:p>
    <w:p>
      <w:pPr>
        <w:pStyle w:val="Felsorols"/>
      </w:pPr>
      <w:r>
        <w:t>Hogyan valósul meg 30 napon belül?</w:t>
      </w:r>
    </w:p>
    <w:p>
      <w:pPr>
        <w:pStyle w:val="Felsorols"/>
      </w:pPr>
      <w:r>
        <w:t>Mi az első konkrét lépés?</w:t>
      </w:r>
    </w:p>
    <w:p>
      <w:r>
        <w:t>Nincs pontozás és nincs győztes. A műhely végén a csapatok megjelölhetik, melyik ötletet tartják valóban továbbvihetőnek; ezek külön kerülnek az iskola későbbi megvalósíthatósági egyeztetésére.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Flipchartlap vagy A3 lap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4 lépés vizuális kihelyezése: TALÁLD KI → KINEK JÓ? → ÁRAZD BE → VALÓSÍTSD MEG 30 NAP ALATT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Post-it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Ötletelési felület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Filcek, színes ceruzák, olló, matricák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Csoportonként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Telefon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Telefonhasználat céljának tisztázása: ár, szállítás, információ; AI nem használható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bemutatók max. 1 perces időkeretének jelzése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0-5 perc - A kihívás</w:t>
      </w:r>
    </w:p>
    <w:p>
      <w:r>
        <w:t>Funkció: A valós keretek és a nem verseny jelleg tisztázása.</w:t>
      </w:r>
    </w:p>
    <w:p>
      <w:r>
        <w:t>Mit csinálnak a diákok?</w:t>
      </w:r>
    </w:p>
    <w:p>
      <w:pPr>
        <w:pStyle w:val="Felsorols"/>
      </w:pPr>
      <w:r>
        <w:t>Megismerik a keretet: 1 000 000 Ft és legfeljebb 30 nap.</w:t>
      </w:r>
    </w:p>
    <w:p>
      <w:pPr>
        <w:pStyle w:val="Felsorols"/>
      </w:pPr>
      <w:r>
        <w:t>4 fős csapatokat alkotnak.</w:t>
      </w:r>
    </w:p>
    <w:p>
      <w:r>
        <w:t>Mit tesz a facilitátor?</w:t>
      </w:r>
    </w:p>
    <w:p>
      <w:r>
        <w:t>„Nem győztest keresünk. Minél több olyan ötletet szeretnénk, amely valóban jobbá teheti az iskolai életet és reálisan megvalósítható.”</w:t>
      </w:r>
    </w:p>
    <w:p>
      <w:pPr>
        <w:pStyle w:val="Felsorols"/>
      </w:pPr>
      <w:r>
        <w:t>Kiemeli: a hostok kérdeznek, nem oldják meg a feladatot.</w:t>
      </w:r>
    </w:p>
    <w:p>
      <w:pPr>
        <w:pStyle w:val="Cmsor2"/>
      </w:pPr>
      <w:r>
        <w:t>5-12 perc - TALÁLD KI!</w:t>
      </w:r>
    </w:p>
    <w:p>
      <w:r>
        <w:t>Funkció: Minél több saját diákötlet előhívása.</w:t>
      </w:r>
    </w:p>
    <w:p>
      <w:r>
        <w:t>Mit csinálnak a diákok?</w:t>
      </w:r>
    </w:p>
    <w:p>
      <w:pPr>
        <w:pStyle w:val="Felsorols"/>
      </w:pPr>
      <w:r>
        <w:t>Post-itre írják: „Ha változtathatnál valamin az iskolában, mi lenne az?”</w:t>
      </w:r>
    </w:p>
    <w:p>
      <w:pPr>
        <w:pStyle w:val="Felsorols"/>
      </w:pPr>
      <w:r>
        <w:t>A csapat kiválaszt vagy összeépít egy ötletet.</w:t>
      </w:r>
    </w:p>
    <w:p>
      <w:r>
        <w:t>Mit tesz a facilitátor?</w:t>
      </w:r>
    </w:p>
    <w:p>
      <w:pPr>
        <w:pStyle w:val="Felsorols"/>
      </w:pPr>
      <w:r>
        <w:t>Nem minősíti az ötleteket.</w:t>
      </w:r>
    </w:p>
    <w:p>
      <w:pPr>
        <w:pStyle w:val="Felsorols"/>
      </w:pPr>
      <w:r>
        <w:t>Ha elakadnak: „Mi hiányzik?” „Min változtatnátok?” „Mi az, ami naponta bosszant?” „Mitől lenne jobb itt eltölteni egy napot?”</w:t>
      </w:r>
    </w:p>
    <w:p>
      <w:pPr>
        <w:pStyle w:val="Cmsor2"/>
      </w:pPr>
      <w:r>
        <w:t>12-20 perc - KINEK JÓ?</w:t>
      </w:r>
    </w:p>
    <w:p>
      <w:r>
        <w:t>Funkció: A közösségi érték tisztázása.</w:t>
      </w:r>
    </w:p>
    <w:p>
      <w:r>
        <w:t>Mit csinálnak a diákok?</w:t>
      </w:r>
    </w:p>
    <w:p>
      <w:pPr>
        <w:pStyle w:val="Felsorols"/>
      </w:pPr>
      <w:r>
        <w:t>Megnevezik, kiknek és pontosan mitől lenne jobb az ötlet.</w:t>
      </w:r>
    </w:p>
    <w:p>
      <w:pPr>
        <w:pStyle w:val="Felsorols"/>
      </w:pPr>
      <w:r>
        <w:t>Megvizsgálják, hogy nem csak a saját négyfős csapatuknak kedvez-e.</w:t>
      </w:r>
    </w:p>
    <w:p>
      <w:r>
        <w:t>Mit tesz a facilitátor?</w:t>
      </w:r>
    </w:p>
    <w:p>
      <w:pPr>
        <w:pStyle w:val="Felsorols"/>
      </w:pPr>
      <w:r>
        <w:t>A két kulcskérdést használja: „Kinek lesz ettől jobb?” és „Mitől lesz neki jobb?”</w:t>
      </w:r>
    </w:p>
    <w:p>
      <w:pPr>
        <w:pStyle w:val="Cmsor2"/>
      </w:pPr>
      <w:r>
        <w:t>20-30 perc - ÁRAZD BE!</w:t>
      </w:r>
    </w:p>
    <w:p>
      <w:r>
        <w:t>Funkció: Valós pénzügyi keret és kompromisszumok.</w:t>
      </w:r>
    </w:p>
    <w:p>
      <w:r>
        <w:t>Mit csinálnak a diákok?</w:t>
      </w:r>
    </w:p>
    <w:p>
      <w:pPr>
        <w:pStyle w:val="Felsorols"/>
      </w:pPr>
      <w:r>
        <w:t>Egyszerű költségvetést készítenek valós árak alapján.</w:t>
      </w:r>
    </w:p>
    <w:p>
      <w:pPr>
        <w:pStyle w:val="Felsorols"/>
      </w:pPr>
      <w:r>
        <w:t>Telefonon ellenőrizhetnek termékeket, szolgáltatásokat, szállítási költséget.</w:t>
      </w:r>
    </w:p>
    <w:p>
      <w:pPr>
        <w:pStyle w:val="Felsorols"/>
      </w:pPr>
      <w:r>
        <w:t>Ha túl drága, áttervezik.</w:t>
      </w:r>
    </w:p>
    <w:p>
      <w:r>
        <w:t>Mit tesz a facilitátor?</w:t>
      </w:r>
    </w:p>
    <w:p>
      <w:r>
        <w:t>„Meg lehet oldani másképp?” „Mi kell hozzá tényleg?” „Van olcsóbb megoldás?” „Miből lehet visszavenni?”</w:t>
      </w:r>
    </w:p>
    <w:p>
      <w:pPr>
        <w:pStyle w:val="Felsorols"/>
      </w:pPr>
      <w:r>
        <w:t>Nem vár fillérre pontos ajánlatot, de a költségnek legyen valós alapja.</w:t>
      </w:r>
    </w:p>
    <w:p>
      <w:pPr>
        <w:pStyle w:val="Cmsor2"/>
      </w:pPr>
      <w:r>
        <w:t>30-38 perc - VALÓSÍTSD MEG 30 NAP ALATT!</w:t>
      </w:r>
    </w:p>
    <w:p>
      <w:r>
        <w:t>Funkció: A megvalósítási lépések és idő realitásának végiggondolása.</w:t>
      </w:r>
    </w:p>
    <w:p>
      <w:r>
        <w:t>Mit csinálnak a diákok?</w:t>
      </w:r>
    </w:p>
    <w:p>
      <w:pPr>
        <w:pStyle w:val="Felsorols"/>
      </w:pPr>
      <w:r>
        <w:t>Lépésekre bontják az ötletet: egyeztetés, beszerzés, szállítás, telepítés / kivitelezés stb.</w:t>
      </w:r>
    </w:p>
    <w:p>
      <w:pPr>
        <w:pStyle w:val="Felsorols"/>
      </w:pPr>
      <w:r>
        <w:t>Megmutatják, hogyan jutnak el az ötlettől a ténylegesen használható megoldásig a 30. napra.</w:t>
      </w:r>
    </w:p>
    <w:p>
      <w:r>
        <w:t>Mit tesz a facilitátor?</w:t>
      </w:r>
    </w:p>
    <w:p>
      <w:r>
        <w:t>„Biztos, hogy ez 30 nap alatt kész lesz? Hogyan?” „Mi történik az első héten?” „Mi lehet az a pont, ahol elakadhat?”</w:t>
      </w:r>
    </w:p>
    <w:p>
      <w:pPr>
        <w:pStyle w:val="Cmsor2"/>
      </w:pPr>
      <w:r>
        <w:t>38-45 perc - 1 perces bemutatók és hangnyom</w:t>
      </w:r>
    </w:p>
    <w:p>
      <w:r>
        <w:t>Funkció: A csapattervek rövid bemutatása és továbbvihetőség jelölése.</w:t>
      </w:r>
    </w:p>
    <w:p>
      <w:r>
        <w:t>Mit csinálnak a diákok?</w:t>
      </w:r>
    </w:p>
    <w:p>
      <w:pPr>
        <w:pStyle w:val="Felsorols"/>
      </w:pPr>
      <w:r>
        <w:t>Csapatonként max. 1 percben bemutatják: ötlet - kinek jó - költség - 30 napos út.</w:t>
      </w:r>
    </w:p>
    <w:p>
      <w:pPr>
        <w:pStyle w:val="Felsorols"/>
      </w:pPr>
      <w:r>
        <w:t>Használható bemutatóváz: „Az ötletünk…” – „Azért lenne jó, mert…” – „Kb. ennyibe kerül…” – „30 napon belül így valósítanánk meg…”</w:t>
      </w:r>
    </w:p>
    <w:p>
      <w:pPr>
        <w:pStyle w:val="Felsorols"/>
      </w:pPr>
      <w:r>
        <w:t>Egy „Ezt továbbvinnénk” jelölést tehetnek azokra a tervekre, amelyeket reálisnak és közösségileg értékesnek látnak.</w:t>
      </w:r>
    </w:p>
    <w:p>
      <w:r>
        <w:t>Mit tesz a facilitátor?</w:t>
      </w:r>
    </w:p>
    <w:p>
      <w:pPr>
        <w:pStyle w:val="Felsorols"/>
      </w:pPr>
      <w:r>
        <w:t>Nem pontoz és nem hirdet győztest.</w:t>
      </w:r>
    </w:p>
    <w:p>
      <w:pPr>
        <w:pStyle w:val="Felsorols"/>
      </w:pPr>
      <w:r>
        <w:t>Rögzíti, mely ötletek kerülnek további megvalósíthatósági egyeztetésre.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Pontosan mi az ötlet?</w:t>
      </w:r>
    </w:p>
    <w:p>
      <w:pPr>
        <w:pStyle w:val="Szmozottlista"/>
      </w:pPr>
      <w:r>
        <w:t>Kinek lesz ettől jobb?</w:t>
      </w:r>
    </w:p>
    <w:p>
      <w:pPr>
        <w:pStyle w:val="Szmozottlista"/>
      </w:pPr>
      <w:r>
        <w:t>Mennyibe kerül valójában?</w:t>
      </w:r>
    </w:p>
    <w:p>
      <w:pPr>
        <w:pStyle w:val="Szmozottlista"/>
      </w:pPr>
      <w:r>
        <w:t>Mi kell hozzá tényleg, és mi csak „jó lenne, ha lenne”?</w:t>
      </w:r>
    </w:p>
    <w:p>
      <w:pPr>
        <w:pStyle w:val="Szmozottlista"/>
      </w:pPr>
      <w:r>
        <w:t>Hogyan lesz ebből 30 napon belül kész?</w:t>
      </w:r>
    </w:p>
    <w:p>
      <w:pPr>
        <w:pStyle w:val="Szmozottlista"/>
      </w:pPr>
      <w:r>
        <w:t>Mi az első konkrét lépés, amit már holnap meg lehetne tenni?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Kérdez, nem old meg.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Versenyt vagy győztest csinálni a műhelyből.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valóságosságot fontosabbnak tartja a látványosságnál.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Kész ötlettel irányítani a csapatokat.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Minden csapattagnak teret ad.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Fiktív árakat vagy „majd valahogy” időtervet elfogadni.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túl nagy ötletet kisebb, megvalósítható változatra bontatja.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Azt ígérni, hogy minden jó ötlet megvalósul.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A részvétel történhet ötletírással, kereséssel, számolással, rajzolással vagy bemutatással.</w:t>
      </w:r>
    </w:p>
    <w:p>
      <w:pPr>
        <w:pStyle w:val="Felsorols"/>
      </w:pPr>
      <w:r>
        <w:t>Az online keresés csak a feladathoz szükséges információkra használható.</w:t>
      </w:r>
    </w:p>
    <w:p>
      <w:pPr>
        <w:pStyle w:val="Felsorols"/>
      </w:pPr>
      <w:r>
        <w:t>Személyes adatot vagy más tanulóhoz köthető információt nem töltenek fel.</w:t>
      </w:r>
    </w:p>
    <w:p>
      <w:pPr>
        <w:pStyle w:val="Felsorols"/>
      </w:pPr>
      <w:r>
        <w:t>Az ötletet vizsgáljuk, nem az ötletgazdát minősítjük.</w:t>
      </w:r>
    </w:p>
    <w:p>
      <w:pPr>
        <w:pStyle w:val="Cmsor1"/>
      </w:pPr>
      <w:r>
        <w:t>9. Dokumentálás és visszacsatolás</w:t>
      </w:r>
    </w:p>
    <w:p>
      <w:r>
        <w:t>Minden csapatterv név nélkül fotózható.</w:t>
      </w:r>
    </w:p>
    <w:p>
      <w:r>
        <w:t>A továbbvitt tervek kapjanak státuszt: azonnal megvalósítható / további egyeztetést igényel / jelenleg nem megvalósítható, de megőrzendő.</w:t>
      </w:r>
    </w:p>
    <w:p>
      <w:r>
        <w:t>A diákok később kapjanak rövid visszajelzést arról, mi történt a javaslattal.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3-4 csapat is elegendő.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host és több párhuzamos csapat szükséges.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Egyszerűbb költségvetési sablon és több példa.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internet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Előre nyomtatott árlisták vagy becsült ársávok.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Más költségkeret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módszer más valós összeggel is működik, ha a keret egyértelmű.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Csapatterv</w:t>
      </w:r>
    </w:p>
    <w:p>
      <w:pPr>
        <w:pStyle w:val="Felsorols"/>
      </w:pPr>
      <w:r>
        <w:t>💡 Mi az ötlet?</w:t>
      </w:r>
    </w:p>
    <w:p>
      <w:pPr>
        <w:pStyle w:val="Felsorols"/>
      </w:pPr>
      <w:r>
        <w:t>❤️ Kinek és miért jó?</w:t>
      </w:r>
    </w:p>
    <w:p>
      <w:pPr>
        <w:pStyle w:val="Felsorols"/>
      </w:pPr>
      <w:r>
        <w:t>💰 Mennyibe kerül? - egyszerű költségvetés</w:t>
      </w:r>
    </w:p>
    <w:p>
      <w:pPr>
        <w:pStyle w:val="Felsorols"/>
      </w:pPr>
      <w:r>
        <w:t>⏱️ Hogyan valósul meg 30 napon belül?</w:t>
      </w:r>
    </w:p>
    <w:p>
      <w:pPr>
        <w:pStyle w:val="Felsorols"/>
      </w:pPr>
      <w:r>
        <w:t>➡️ Mi az első konkrét lépés?</w:t>
      </w:r>
    </w:p>
    <w:p>
      <w:pPr>
        <w:pStyle w:val="Cmsor2"/>
      </w:pPr>
      <w:r>
        <w:t>B. A 4 varázskérdés</w:t>
      </w:r>
    </w:p>
    <w:p>
      <w:pPr>
        <w:pStyle w:val="Felsorols"/>
      </w:pPr>
      <w:r>
        <w:t>Pontosan mi az ötlet?</w:t>
      </w:r>
    </w:p>
    <w:p>
      <w:pPr>
        <w:pStyle w:val="Felsorols"/>
      </w:pPr>
      <w:r>
        <w:t>Kinek lesz ettől jobb?</w:t>
      </w:r>
    </w:p>
    <w:p>
      <w:pPr>
        <w:pStyle w:val="Felsorols"/>
      </w:pPr>
      <w:r>
        <w:t>Mennyibe kerül VALÓJÁBAN?</w:t>
      </w:r>
    </w:p>
    <w:p>
      <w:pPr>
        <w:pStyle w:val="Felsorols"/>
      </w:pPr>
      <w:r>
        <w:t>Hogyan lesz ebből 30 napon belül KÉSZ?</w:t>
      </w:r>
    </w:p>
    <w:p>
      <w:pPr>
        <w:pStyle w:val="Cmsor2"/>
      </w:pPr>
      <w:r>
        <w:t>C. Host gyorssegédlet</w:t>
      </w:r>
    </w:p>
    <w:p>
      <w:pPr>
        <w:pStyle w:val="Felsorols"/>
      </w:pPr>
      <w:r>
        <w:t>Ha elakadnak → kérdezz.</w:t>
      </w:r>
    </w:p>
    <w:p>
      <w:pPr>
        <w:pStyle w:val="Felsorols"/>
      </w:pPr>
      <w:r>
        <w:t>Ha csak nekik jó → „Kinek lenne még jó?”</w:t>
      </w:r>
    </w:p>
    <w:p>
      <w:pPr>
        <w:pStyle w:val="Felsorols"/>
      </w:pPr>
      <w:r>
        <w:t>Ha túl drága → „Hogyan lehetne átalakítani?”</w:t>
      </w:r>
    </w:p>
    <w:p>
      <w:pPr>
        <w:pStyle w:val="Felsorols"/>
      </w:pPr>
      <w:r>
        <w:t>Ha azt mondják, 30 nap alatt megvan → „Pontosan hogyan?”</w:t>
      </w:r>
    </w:p>
    <w:p>
      <w:pPr>
        <w:pStyle w:val="Felsorols"/>
      </w:pPr>
      <w:r>
        <w:t>Ha valaki kimarad → „Te mit gondolsz?”</w:t>
      </w:r>
    </w:p>
    <w:p>
      <w:pPr>
        <w:pStyle w:val="Felsorols"/>
      </w:pPr>
      <w:r>
        <w:t>Ne oldd meg helyettük.</w:t>
      </w:r>
    </w:p>
    <w:p>
      <w:pPr>
        <w:pStyle w:val="Cmsor2"/>
      </w:pPr>
      <w:r>
        <w:t>D. 1 perces bemutatóváz</w:t>
      </w:r>
    </w:p>
    <w:p>
      <w:pPr>
        <w:pStyle w:val="Felsorols"/>
      </w:pPr>
      <w:r>
        <w:t>Az ötletünk…</w:t>
      </w:r>
    </w:p>
    <w:p>
      <w:pPr>
        <w:pStyle w:val="Felsorols"/>
      </w:pPr>
      <w:r>
        <w:t>Azért lenne jó, mert…</w:t>
      </w:r>
    </w:p>
    <w:p>
      <w:pPr>
        <w:pStyle w:val="Felsorols"/>
      </w:pPr>
      <w:r>
        <w:t>Kb. ennyibe kerül…</w:t>
      </w:r>
    </w:p>
    <w:p>
      <w:pPr>
        <w:pStyle w:val="Felsorols"/>
      </w:pPr>
      <w:r>
        <w:t>30 napon belül így valósítanánk meg…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A7DEC3-9408-4C83-81A6-E71F5D9D8EF4}"/>
</file>

<file path=customXml/itemProps3.xml><?xml version="1.0" encoding="utf-8"?>
<ds:datastoreItem xmlns:ds="http://schemas.openxmlformats.org/officeDocument/2006/customXml" ds:itemID="{A866D7F3-E7BB-4BE0-BA3A-845DD3D96BA6}"/>
</file>

<file path=customXml/itemProps4.xml><?xml version="1.0" encoding="utf-8"?>
<ds:datastoreItem xmlns:ds="http://schemas.openxmlformats.org/officeDocument/2006/customXml" ds:itemID="{5EBDEB4B-1C8A-44BF-B4A5-D6341DC72D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