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Helló, jövőbeli én!</w:t>
      </w:r>
    </w:p>
    <w:p>
      <w:pPr>
        <w:jc w:val="center"/>
      </w:pPr>
      <w:r>
        <w:rPr>
          <w:i/>
          <w:sz w:val="24"/>
        </w:rPr>
        <w:t>Időkapszula - 2026 lenyomata és a diákok jövőképe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Helló, jövőbeli én!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Időkapszula - kik vagyunk most, és mit üzenünk a jövőnek?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helyi megvalósítás szerint kijelölendő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 fő; két kb. 10 fős félcsoport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Két párhuzamos munkapont; hangfelvételhez csendesebb hely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V   ☐ O   ☐ I   ☐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hang- és videóanyag kezelése csak előre tisztázott adatvédelmi keretben történhet.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hiteles lenyomatot készítenek arról, milyen 2026-ban diáknak lenni a Hengersorban: mit hordoznak magukkal, mit szeretnek az iskolában, min változtatnának, és milyen jövőt képzelnek el.</w:t>
      </w:r>
    </w:p>
    <w:p>
      <w:r>
        <w:t>A cél nem „jó válaszok” gyűjtése, hanem valódi diákhang megőrzése írásban, rajzban, hangban vagy - megfelelő adatvédelmi feltételekkel - videóban.</w:t>
      </w:r>
    </w:p>
    <w:p>
      <w:r>
        <w:rPr>
          <w:b/>
        </w:rPr>
        <w:t>A foglalkozás fő üzenete</w:t>
      </w:r>
    </w:p>
    <w:p>
      <w:r>
        <w:t>„Hagyjatok hátra valamit abból, hogy kik vagytok most, mit gondoltok, és milyen most diáknak lenni.”</w:t>
      </w:r>
    </w:p>
    <w:p>
      <w:pPr>
        <w:pStyle w:val="Cmsor1"/>
      </w:pPr>
      <w:r>
        <w:t>3. A műhely eredménye - „hangnyom”</w:t>
      </w:r>
    </w:p>
    <w:p>
      <w:r>
        <w:t>A műhely hangnyoma maga az időkapszula tartalma, valamint egy jelenben is látható rövid összegzés.</w:t>
      </w:r>
    </w:p>
    <w:p>
      <w:pPr>
        <w:pStyle w:val="Felsorols"/>
      </w:pPr>
      <w:r>
        <w:t>írásos és rajzos 2026-pillanatképek;</w:t>
      </w:r>
    </w:p>
    <w:p>
      <w:pPr>
        <w:pStyle w:val="Felsorols"/>
      </w:pPr>
      <w:r>
        <w:t>név nélküli hangfelvételek;</w:t>
      </w:r>
    </w:p>
    <w:p>
      <w:pPr>
        <w:pStyle w:val="Felsorols"/>
      </w:pPr>
      <w:r>
        <w:t>opcionálisan videó, csak tisztázott hozzájárulási keretben;</w:t>
      </w:r>
    </w:p>
    <w:p>
      <w:pPr>
        <w:pStyle w:val="Felsorols"/>
      </w:pPr>
      <w:r>
        <w:t>közös mondat: „Azt szeretnénk, hogy 5-10 év múlva még mindig igaz legyen az iskoláról, hogy…”</w:t>
      </w:r>
    </w:p>
    <w:p>
      <w:r>
        <w:t>Az időkapszulába kerülő anyagok mellett a közös zárómondatok most is megjelenhetnek a Diákhang-falon.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Időkapszula-doboz / gyűjtő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kapszula őrzésének, hozzáférésének és megnyitásának szabályozása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Rajz- és írólapok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két 20 perces állomás anyagainak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Filcek, tollak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Csoportonként eszközök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Mikrofon / hangrögzítő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Csendes rögzítési pont kijelölése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Opcionális videórögzítő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Adatvédelmi és hozzájárulási szabályok előzetes tisztázása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t>0-5 perc - Mi az az időkapszula?</w:t>
      </w:r>
    </w:p>
    <w:p>
      <w:r>
        <w:t>Funkció: A cél és a biztonságos dokumentálás kereteinek megértése.</w:t>
      </w:r>
    </w:p>
    <w:p>
      <w:r>
        <w:t>Mit csinálnak a diákok?</w:t>
      </w:r>
    </w:p>
    <w:p>
      <w:pPr>
        <w:pStyle w:val="Felsorols"/>
      </w:pPr>
      <w:r>
        <w:t>Megismerik, hogy az anyagokat évek múlva egy későbbi projektnapon szeretnék újra elővenni.</w:t>
      </w:r>
    </w:p>
    <w:p>
      <w:pPr>
        <w:pStyle w:val="Felsorols"/>
      </w:pPr>
      <w:r>
        <w:t>Tudják, hogy a valódiság fontosabb, mint a „jó válasz”, és nem szükséges nevet vagy arcot rögzíteni.</w:t>
      </w:r>
    </w:p>
    <w:p>
      <w:r>
        <w:t>Mit tesz a facilitátor?</w:t>
      </w:r>
    </w:p>
    <w:p>
      <w:r>
        <w:t>„A feladatotok: hagyjatok hátra valamit abból, hogy kik vagytok, mit gondoltok, és milyen most diáknak lenni. A cél nem az, hogy jó válaszokat adjatok, hanem hogy valódiak legyetek.”</w:t>
      </w:r>
    </w:p>
    <w:p>
      <w:pPr>
        <w:pStyle w:val="Cmsor2"/>
      </w:pPr>
      <w:r>
        <w:t>5-23 perc - A állomás: 2026 lenyomata</w:t>
      </w:r>
    </w:p>
    <w:p>
      <w:r>
        <w:t>Funkció: Kulturális és iskolai pillanatkép készítése.</w:t>
      </w:r>
    </w:p>
    <w:p>
      <w:r>
        <w:t>Mit csinálnak a diákok?</w:t>
      </w:r>
    </w:p>
    <w:p>
      <w:pPr>
        <w:pStyle w:val="Felsorols"/>
      </w:pPr>
      <w:r>
        <w:t>A „Mi van egy 2026-os diák zsebében?” feladathoz konkrét és absztrakt dolgokat írnak/rajzolnak: telefon, airpods, pénz, fáradtság, stressz, playlist, titkos terv stb.</w:t>
      </w:r>
    </w:p>
    <w:p>
      <w:pPr>
        <w:pStyle w:val="Felsorols"/>
      </w:pPr>
      <w:r>
        <w:t>„Kedvenc mindenem az iskolám” címmel lerajzolják az iskolát úgy, ahogy megélik: hely, szünet, terem, büfé, udvar, hangulat.</w:t>
      </w:r>
    </w:p>
    <w:p>
      <w:pPr>
        <w:pStyle w:val="Felsorols"/>
      </w:pPr>
      <w:r>
        <w:t>Opcionálisan iskolai hangokat rögzítenek: lépések, csengő, ajtó, zsivaj, olyan hang, amely 5 év múlva talán már nem lesz.</w:t>
      </w:r>
    </w:p>
    <w:p>
      <w:pPr>
        <w:pStyle w:val="Felsorols"/>
      </w:pPr>
      <w:r>
        <w:t>Bekerülhet más kordokumentum is: mai szleng, kedvenc iskolai történés vagy más olyan apróság, amely 2026 hangulatát őrzi meg.</w:t>
      </w:r>
    </w:p>
    <w:p>
      <w:pPr>
        <w:pStyle w:val="Felsorols"/>
      </w:pPr>
      <w:r>
        <w:t>A hanggyűjtés része lehet egy név és arc nélküli üzenet is a jövő diákjainak: „Mit mondanál nekik, ha biztosan inkognitóban maradnál?”</w:t>
      </w:r>
    </w:p>
    <w:p>
      <w:r>
        <w:t>Mit tesz a facilitátor?</w:t>
      </w:r>
    </w:p>
    <w:p>
      <w:pPr>
        <w:pStyle w:val="Felsorols"/>
      </w:pPr>
      <w:r>
        <w:t>Figyel arra, hogy ne zavarják a többi foglalkozást.</w:t>
      </w:r>
    </w:p>
    <w:p>
      <w:pPr>
        <w:pStyle w:val="Felsorols"/>
      </w:pPr>
      <w:r>
        <w:t>Rögzítésnél nem kér nevet, arcot vagy felismerhető személyes adatot.</w:t>
      </w:r>
    </w:p>
    <w:p>
      <w:pPr>
        <w:pStyle w:val="Cmsor2"/>
      </w:pPr>
      <w:r>
        <w:t>23-41 perc - B állomás: ÉN MOST - ISKOLA MOST - ISKOLA MAJD</w:t>
      </w:r>
    </w:p>
    <w:p>
      <w:r>
        <w:t>Funkció: Diákhang és jövőkép rögzítése.</w:t>
      </w:r>
    </w:p>
    <w:p>
      <w:r>
        <w:t>Mit csinálnak a diákok?</w:t>
      </w:r>
    </w:p>
    <w:p>
      <w:pPr>
        <w:pStyle w:val="Felsorols"/>
      </w:pPr>
      <w:r>
        <w:t>Páros interjút, hangfelvételt vagy - tisztázott keretben - videót készítenek.</w:t>
      </w:r>
    </w:p>
    <w:p>
      <w:pPr>
        <w:pStyle w:val="Felsorols"/>
      </w:pPr>
      <w:r>
        <w:t>A videó lehet rövid, TikTok-formátumú felvétel is, de nem közzétételre készül: csak az időkapszula része lehet az előre tisztázott adatkezelési feltételek mellett.</w:t>
      </w:r>
    </w:p>
    <w:p>
      <w:pPr>
        <w:pStyle w:val="Felsorols"/>
      </w:pPr>
      <w:r>
        <w:t>Mindhárom kategóriából választanak kérdéseket.</w:t>
      </w:r>
    </w:p>
    <w:p>
      <w:r>
        <w:t>Mit tesz a facilitátor?</w:t>
      </w:r>
    </w:p>
    <w:p>
      <w:pPr>
        <w:pStyle w:val="Felsorols"/>
      </w:pPr>
      <w:r>
        <w:t>Segít kérdést választani, de nem alakítja a választ.</w:t>
      </w:r>
    </w:p>
    <w:p>
      <w:pPr>
        <w:pStyle w:val="Felsorols"/>
      </w:pPr>
      <w:r>
        <w:t>Biztosít írásos alternatívát annak, aki nem szeretne hangot vagy képet rögzíteni.</w:t>
      </w:r>
    </w:p>
    <w:p>
      <w:r>
        <w:t>Kérdések</w:t>
      </w:r>
    </w:p>
    <w:p>
      <w:pPr>
        <w:pStyle w:val="Felsorols"/>
      </w:pPr>
      <w:r>
        <w:t>ÉN MOST: Ki vagyok most? Mi foglalkoztat mostanság? Miben vagyok jó? Miben még fogalmam sincs, mi lesz?</w:t>
      </w:r>
    </w:p>
    <w:p>
      <w:pPr>
        <w:pStyle w:val="Felsorols"/>
      </w:pPr>
      <w:r>
        <w:t>ISKOLA MOST: Mi az, amit szeretek ebben az iskolában? Mit nem értenek a tanárok a diákokról? Mi az, amin szerintem változtatni kéne?</w:t>
      </w:r>
    </w:p>
    <w:p>
      <w:pPr>
        <w:pStyle w:val="Felsorols"/>
      </w:pPr>
      <w:r>
        <w:t>ISKOLA MAJD: Milyen lesz az iskola 10 év múlva? Mi lesz teljesen más? Mi az, amiről remélem, hogy nem változik meg?</w:t>
      </w:r>
    </w:p>
    <w:p>
      <w:pPr>
        <w:pStyle w:val="Felsorols"/>
      </w:pPr>
      <w:r>
        <w:t>Mit szeretnél, hogy 5-10 év múlva még mindig igaz legyen az iskoláról?</w:t>
      </w:r>
    </w:p>
    <w:p>
      <w:pPr>
        <w:pStyle w:val="Felsorols"/>
      </w:pPr>
      <w:r>
        <w:t>Mi az az egy dolog, amit a jövő diákjainak tudniuk kell?</w:t>
      </w:r>
    </w:p>
    <w:p>
      <w:pPr>
        <w:pStyle w:val="Cmsor2"/>
      </w:pPr>
      <w:r>
        <w:t>41-45 perc - Lezárás és közös hangnyom</w:t>
      </w:r>
    </w:p>
    <w:p>
      <w:r>
        <w:t>Funkció: A jövőnek szóló anyag és a jelennek szóló üzenet összekapcsolása.</w:t>
      </w:r>
    </w:p>
    <w:p>
      <w:r>
        <w:t>Mit csinálnak a diákok?</w:t>
      </w:r>
    </w:p>
    <w:p>
      <w:pPr>
        <w:pStyle w:val="Felsorols"/>
      </w:pPr>
      <w:r>
        <w:t>Befejezik: „Azt szeretnénk, hogy 5-10 év múlva még mindig igaz legyen az iskoláról, hogy…”</w:t>
      </w:r>
    </w:p>
    <w:p>
      <w:pPr>
        <w:pStyle w:val="Felsorols"/>
      </w:pPr>
      <w:r>
        <w:t>Egy „Ezt őrizzük meg!” jelölést tehetnek arra a közös gondolatra, amelyet különösen fontosnak tartanak.</w:t>
      </w:r>
    </w:p>
    <w:p>
      <w:r>
        <w:t>Mit tesz a facilitátor?</w:t>
      </w:r>
    </w:p>
    <w:p>
      <w:pPr>
        <w:pStyle w:val="Felsorols"/>
      </w:pPr>
      <w:r>
        <w:t>Elmondja, mi kerül a kapszulába, hol őrzik, és hogyan kezelik a rögzített anyagokat.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 az, ami 2026-ban hétköznapi, de 10 év múlva talán furcsának tűnik?</w:t>
      </w:r>
    </w:p>
    <w:p>
      <w:pPr>
        <w:pStyle w:val="Szmozottlista"/>
      </w:pPr>
      <w:r>
        <w:t>Mit nem értenek a felnőttek eléggé abból, milyen most diáknak lenni?</w:t>
      </w:r>
    </w:p>
    <w:p>
      <w:pPr>
        <w:pStyle w:val="Szmozottlista"/>
      </w:pPr>
      <w:r>
        <w:t>Mi az, amit szeretsz ebben az iskolában, és jó lenne megőrizni?</w:t>
      </w:r>
    </w:p>
    <w:p>
      <w:pPr>
        <w:pStyle w:val="Szmozottlista"/>
      </w:pPr>
      <w:r>
        <w:t>Mi az, amin szerinted változtatni kellene?</w:t>
      </w:r>
    </w:p>
    <w:p>
      <w:pPr>
        <w:pStyle w:val="Szmozottlista"/>
      </w:pPr>
      <w:r>
        <w:t>Mit szeretnél, hogy a jövő diákjai tudjanak rólatok?</w:t>
      </w:r>
    </w:p>
    <w:p>
      <w:pPr>
        <w:pStyle w:val="Szmozottlista"/>
      </w:pPr>
      <w:r>
        <w:t>Mi az, ami szerinted biztosan más lesz 10 év múlva?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Többféle alkotási formát kínál.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Név, arc vagy személyes történet automatikus rögzítése.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hitelességet tartja fontosnak, nem a „szép” produktumot.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csoportok közötti versenyeztetés.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rögzítést önkéntesnek kezeli.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technikai felvétel fontosabbá tétele a tartalomnál.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jövőkép mellett a jelen hétköznapi részleteit is megőrzi.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Bizonytalan őrzési ígéret megfogalmazása.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Hang- és videórögzítés csak előre tisztázott adatkezelési keretben történik.</w:t>
      </w:r>
    </w:p>
    <w:p>
      <w:pPr>
        <w:pStyle w:val="Felsorols"/>
      </w:pPr>
      <w:r>
        <w:t>Név, arc és felismerhető személyes adat nélkül is teljes értékű a feladat.</w:t>
      </w:r>
    </w:p>
    <w:p>
      <w:pPr>
        <w:pStyle w:val="Felsorols"/>
      </w:pPr>
      <w:r>
        <w:t>Aki nem szeretne rögzített anyagot készíteni, írásban vagy rajzban vehet részt.</w:t>
      </w:r>
    </w:p>
    <w:p>
      <w:pPr>
        <w:pStyle w:val="Felsorols"/>
      </w:pPr>
      <w:r>
        <w:t>Mások hangját/képét beleegyezés nélkül nem rögzítjük.</w:t>
      </w:r>
    </w:p>
    <w:p>
      <w:pPr>
        <w:pStyle w:val="Cmsor1"/>
      </w:pPr>
      <w:r>
        <w:t>9. Dokumentálás és visszacsatolás</w:t>
      </w:r>
    </w:p>
    <w:p>
      <w:r>
        <w:t>Az időkapszula tartalmáról személynevek nélküli leltár készüljön.</w:t>
      </w:r>
    </w:p>
    <w:p>
      <w:r>
        <w:t>Rögzíteni kell, hol és meddig őrzik, ki fér hozzá és mikor nyitható meg.</w:t>
      </w:r>
    </w:p>
    <w:p>
      <w:r>
        <w:t>A jelenben is megjelenő közös mondatok a Diákhang-falra kerülhetnek.</w:t>
      </w:r>
    </w:p>
    <w:p>
      <w:r>
        <w:t>A későbbi megnyitáskor érdemes visszacsatolni, hogyan változott az iskola és a diákhang.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idő egyéni alkotásra és interjúra.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párhuzamos alkotó/rögzítő pont.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konkrét tárgy, rajz és rövidebb kérdés.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rögzítő eszköz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Minden feladat megoldható írásban, rajzban vagy levélformában.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fizikai kapszula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Szabályozott digitális archívum vagy lezárt iskolai doboz használható.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Mi van egy 2026-os diák zsebében?</w:t>
      </w:r>
    </w:p>
    <w:p>
      <w:pPr>
        <w:pStyle w:val="Felsorols"/>
      </w:pPr>
      <w:r>
        <w:t>Konkrét dolgok: ______________________________</w:t>
      </w:r>
    </w:p>
    <w:p>
      <w:pPr>
        <w:pStyle w:val="Felsorols"/>
      </w:pPr>
      <w:r>
        <w:t>Láthatatlan dolgok: ______________________________</w:t>
      </w:r>
    </w:p>
    <w:p>
      <w:pPr>
        <w:pStyle w:val="Felsorols"/>
      </w:pPr>
      <w:r>
        <w:t>Egy dolog, ami szerintem 5-10 év múlva már nem lesz ugyanilyen: ______________________________</w:t>
      </w:r>
    </w:p>
    <w:p>
      <w:pPr>
        <w:pStyle w:val="Cmsor2"/>
      </w:pPr>
      <w:r>
        <w:t>B. Interjúkérdések</w:t>
      </w:r>
    </w:p>
    <w:p>
      <w:pPr>
        <w:pStyle w:val="Felsorols"/>
      </w:pPr>
      <w:r>
        <w:t>ÉN MOST - Ki vagyok most? Mi foglalkoztat? Miben vagyok jó?</w:t>
      </w:r>
    </w:p>
    <w:p>
      <w:pPr>
        <w:pStyle w:val="Felsorols"/>
      </w:pPr>
      <w:r>
        <w:t>ISKOLA MOST - Mit szeretek? Mit nem értenek a tanárok? Min változtatnék?</w:t>
      </w:r>
    </w:p>
    <w:p>
      <w:pPr>
        <w:pStyle w:val="Felsorols"/>
      </w:pPr>
      <w:r>
        <w:t>ISKOLA MAJD - Milyen lesz 10 év múlva? Mi változik? Mi maradjon?</w:t>
      </w:r>
    </w:p>
    <w:p>
      <w:pPr>
        <w:pStyle w:val="Felsorols"/>
      </w:pPr>
      <w:r>
        <w:t>Mit szeretnél, hogy a jövő diákjai tudjanak?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A valódiság fontosabb a „jó válasznál”.</w:t>
      </w:r>
    </w:p>
    <w:p>
      <w:pPr>
        <w:pStyle w:val="Felsorols"/>
      </w:pPr>
      <w:r>
        <w:t>Ne kérj nevet vagy arcot.</w:t>
      </w:r>
    </w:p>
    <w:p>
      <w:pPr>
        <w:pStyle w:val="Felsorols"/>
      </w:pPr>
      <w:r>
        <w:t>Mindig legyen írásos/rajzos alternatíva.</w:t>
      </w:r>
    </w:p>
    <w:p>
      <w:pPr>
        <w:pStyle w:val="Felsorols"/>
      </w:pPr>
      <w:r>
        <w:t>A záráskor mondd el pontosan, mi történik a kapszula tartalmával.</w:t>
      </w:r>
    </w:p>
    <w:p>
      <w:pPr>
        <w:pStyle w:val="Cmsor2"/>
      </w:pPr>
      <w:r>
        <w:t>D. Hanggyűjtés - ötletek</w:t>
      </w:r>
    </w:p>
    <w:p>
      <w:pPr>
        <w:pStyle w:val="Felsorols"/>
      </w:pPr>
      <w:r>
        <w:t>lépések a folyosón</w:t>
      </w:r>
    </w:p>
    <w:p>
      <w:pPr>
        <w:pStyle w:val="Felsorols"/>
      </w:pPr>
      <w:r>
        <w:t>csengő</w:t>
      </w:r>
    </w:p>
    <w:p>
      <w:pPr>
        <w:pStyle w:val="Felsorols"/>
      </w:pPr>
      <w:r>
        <w:t>ajtó záródása</w:t>
      </w:r>
    </w:p>
    <w:p>
      <w:pPr>
        <w:pStyle w:val="Felsorols"/>
      </w:pPr>
      <w:r>
        <w:t>büfés csomagolás / szendvics nyitása</w:t>
      </w:r>
    </w:p>
    <w:p>
      <w:pPr>
        <w:pStyle w:val="Felsorols"/>
      </w:pPr>
      <w:r>
        <w:t>osztálytermi zsivaj</w:t>
      </w:r>
    </w:p>
    <w:p>
      <w:pPr>
        <w:pStyle w:val="Felsorols"/>
      </w:pPr>
      <w:r>
        <w:t>projektorvászon vagy beléptető rendszer hangja</w:t>
      </w:r>
    </w:p>
    <w:p>
      <w:pPr>
        <w:pStyle w:val="Felsorols"/>
      </w:pPr>
      <w:r>
        <w:t>egy hang, amely szerintetek 5 év múlva talán már nem lesz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E0C57C-8329-4AC8-9381-2B4F906CEDC9}"/>
</file>

<file path=customXml/itemProps3.xml><?xml version="1.0" encoding="utf-8"?>
<ds:datastoreItem xmlns:ds="http://schemas.openxmlformats.org/officeDocument/2006/customXml" ds:itemID="{25AD8159-3164-4419-9588-9B67E9AB1F2C}"/>
</file>

<file path=customXml/itemProps4.xml><?xml version="1.0" encoding="utf-8"?>
<ds:datastoreItem xmlns:ds="http://schemas.openxmlformats.org/officeDocument/2006/customXml" ds:itemID="{14F2640A-F3F7-494B-87ED-988D2FA5B8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