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Hekkeld meg az iskolát!</w:t>
      </w:r>
    </w:p>
    <w:p>
      <w:pPr>
        <w:jc w:val="center"/>
      </w:pPr>
      <w:r>
        <w:rPr>
          <w:i/>
          <w:sz w:val="24"/>
        </w:rPr>
        <w:t>Panaszból probléma, problémából megoldás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Hekkeld meg az iskolát!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Valódi iskolai problémákból konkrét első lépések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Moderátorok: Joseffi Panna, Számadó Szófia; segítő oktató: Gombos Réka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 fő; 5 × 4 fős csoport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Mozgatható tanterem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☐ O   ☒ I   ☒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problémákat konkrétan, de személyek megnevezése nélkül fogalmazzuk meg.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saját iskolai tapasztalataikból kiindulva azonosítanak konkrét problémákat, meghallják más csoportok nézőpontját, majd 1-2 kiemelt problémára reális megoldási javaslatot dolgoznak ki.</w:t>
      </w:r>
    </w:p>
    <w:p>
      <w:r>
        <w:t>A műhely célja, hogy a panasznál tovább jusson: miért probléma, mit szeretnénk helyette, mit tehet az iskola, mit tehetünk mi, és mi legyen az első konkrét lépés.</w:t>
      </w:r>
    </w:p>
    <w:p>
      <w:r>
        <w:rPr>
          <w:b/>
        </w:rPr>
        <w:t>A foglalkozás fő üzenete</w:t>
      </w:r>
    </w:p>
    <w:p>
      <w:r>
        <w:t>„A hackelés itt azt jelenti: valamit okosabban, jobban vagy működőképesebben csinálni.”</w:t>
      </w:r>
    </w:p>
    <w:p>
      <w:pPr>
        <w:pStyle w:val="Cmsor1"/>
      </w:pPr>
      <w:r>
        <w:t>3. A műhely eredménye - „hangnyom”</w:t>
      </w:r>
    </w:p>
    <w:p>
      <w:r>
        <w:t>Csoportonként egy megoldási lánc készül.</w:t>
      </w:r>
    </w:p>
    <w:p>
      <w:pPr>
        <w:pStyle w:val="Felsorols"/>
      </w:pPr>
      <w:r>
        <w:t>EZ ZAVAR</w:t>
      </w:r>
    </w:p>
    <w:p>
      <w:pPr>
        <w:pStyle w:val="Felsorols"/>
      </w:pPr>
      <w:r>
        <w:t>MIÉRT?</w:t>
      </w:r>
    </w:p>
    <w:p>
      <w:pPr>
        <w:pStyle w:val="Felsorols"/>
      </w:pPr>
      <w:r>
        <w:t>MIT SZERETNÉNK HELYETTE?</w:t>
      </w:r>
    </w:p>
    <w:p>
      <w:pPr>
        <w:pStyle w:val="Felsorols"/>
      </w:pPr>
      <w:r>
        <w:t>MIT TEHET AZ ISKOLA?</w:t>
      </w:r>
    </w:p>
    <w:p>
      <w:pPr>
        <w:pStyle w:val="Felsorols"/>
      </w:pPr>
      <w:r>
        <w:t>MIT TEHETÜNK MI?</w:t>
      </w:r>
    </w:p>
    <w:p>
      <w:pPr>
        <w:pStyle w:val="Felsorols"/>
      </w:pPr>
      <w:r>
        <w:t>MI AZ ELSŐ LÉPÉS?</w:t>
      </w:r>
    </w:p>
    <w:p>
      <w:r>
        <w:t>A végén a résztvevők „Ezt továbbvinnénk” jelölést tehetnek azokra a javaslatokra, amelyek szerintük valóban megvalósíthatók.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A3 lap csoportonként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Ablak-módszerhez lapok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Íróeszközök, filcek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Csoportonként eszközök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Tábla / flipchart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megoldási lánc vizuális kihelyezése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mozaik csoportváltás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Opcionálisan Post-it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továbbvihető javaslatok jelölése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/>
      <w:r>
        <w:t>0-3 perc - Bevezető és egyéni brainstorming (1 + 2 perc)</w:t>
      </w:r>
    </w:p>
    <w:p>
      <w:r>
        <w:t>Funkció: Konkrét iskolai problémák előhívása.</w:t>
      </w:r>
    </w:p>
    <w:p>
      <w:r>
        <w:t>Mit csinálnak a diákok?</w:t>
      </w:r>
    </w:p>
    <w:p>
      <w:pPr>
        <w:pStyle w:val="Felsorols"/>
      </w:pPr>
      <w:r>
        <w:t>Egyénileg gondolattérképet készítenek: „AZ ISKOLÁBAN ZAVAR…”</w:t>
      </w:r>
    </w:p>
    <w:p>
      <w:pPr>
        <w:pStyle w:val="Felsorols"/>
      </w:pPr>
      <w:r>
        <w:t>A facilitátor példákat adhat a területekre: órák, szünetek, folyosó, büfé, mosdók, udvar, iskolai programok, információáramlás. Ekkor még csak gyűjtünk, nem keresünk megoldást.</w:t>
      </w:r>
    </w:p>
    <w:p>
      <w:pPr>
        <w:pStyle w:val="Felsorols"/>
      </w:pPr>
      <w:r>
        <w:t>Konkrét helyzeteket írnak, még nem keresnek megoldást.</w:t>
      </w:r>
    </w:p>
    <w:p>
      <w:r>
        <w:t>Mit tesz a facilitátor?</w:t>
      </w:r>
    </w:p>
    <w:p>
      <w:r>
        <w:t>„A hackelés itt nem azt jelenti, hogy feltörjük a KRÉTÁT. Azt jelenti, hogy megpróbálunk valamit okosabban, jobban vagy működőképesebben csinálni.”</w:t>
      </w:r>
    </w:p>
    <w:p>
      <w:pPr>
        <w:pStyle w:val="Felsorols"/>
      </w:pPr>
      <w:r>
        <w:t>Használható folytatás: „Arra vagyunk kíváncsiak, mik azok a valódi problémák, amelyek benneteket zavarnak az iskolai mindennapokban. Nem állunk meg annál, hogy mi rossz: eljutunk odáig, mit szeretnénk helyette, mit tehet az iskola, mit tehetünk mi, és mi lehet az első konkrét lépés.”</w:t>
      </w:r>
    </w:p>
    <w:p>
      <w:pPr>
        <w:pStyle w:val="Felsorols"/>
      </w:pPr>
      <w:r>
        <w:t>Ha túl általános a megfogalmazás, példát ad: „minden rossz” helyett „szünetben nincs hova leülni”.</w:t>
      </w:r>
    </w:p>
    <w:p>
      <w:pPr>
        <w:pStyle w:val="Cmsor2"/>
      </w:pPr>
      <w:r/>
      <w:r>
        <w:t>3-9 perc - Csoportalakítás és ablakmódszer (1 + 5 perc)</w:t>
      </w:r>
    </w:p>
    <w:p>
      <w:r>
        <w:t>Funkció: Egyéni tapasztalatok közös problématérképpé alakítása.</w:t>
      </w:r>
    </w:p>
    <w:p>
      <w:r>
        <w:t>Mit csinálnak a diákok?</w:t>
      </w:r>
    </w:p>
    <w:p>
      <w:pPr>
        <w:pStyle w:val="Felsorols"/>
      </w:pPr>
      <w:r>
        <w:t>4 fős csoportokat alkotnak, írnokot választanak.</w:t>
      </w:r>
    </w:p>
    <w:p>
      <w:pPr>
        <w:pStyle w:val="Felsorols"/>
      </w:pPr>
      <w:r>
        <w:t>A csoportok úgy üljenek össze, hogy mindenki lássa a közös lapot. Az írnok feladata a csoport gondolatainak összefoglalása, nem feltétlenül ő beszél a legtöbbet.</w:t>
      </w:r>
    </w:p>
    <w:p>
      <w:pPr>
        <w:pStyle w:val="Felsorols"/>
      </w:pPr>
      <w:r>
        <w:t>Szóforgóval mindenki behoz legalább egy problémát.</w:t>
      </w:r>
    </w:p>
    <w:p>
      <w:pPr>
        <w:pStyle w:val="Felsorols"/>
      </w:pPr>
      <w:r>
        <w:t>Ablakmódszerrel rendszerezik a felvetéseket.</w:t>
      </w:r>
    </w:p>
    <w:p>
      <w:r>
        <w:t>Mit tesz a facilitátor?</w:t>
      </w:r>
    </w:p>
    <w:p>
      <w:pPr>
        <w:pStyle w:val="Felsorols"/>
      </w:pPr>
      <w:r>
        <w:t>Körbejár és segít konkretizálni, de még nem tereli őket megoldásra.</w:t>
      </w:r>
    </w:p>
    <w:p>
      <w:pPr>
        <w:pStyle w:val="Cmsor2"/>
      </w:pPr>
      <w:r/>
      <w:r>
        <w:t>9-17 perc - Mozaik: más csoportok hangja (8 perc)</w:t>
      </w:r>
    </w:p>
    <w:p>
      <w:r>
        <w:t>Funkció: Nézőpontbővítés és közös minták felismerése.</w:t>
      </w:r>
    </w:p>
    <w:p>
      <w:r>
        <w:t>Mit csinálnak a diákok?</w:t>
      </w:r>
    </w:p>
    <w:p>
      <w:pPr>
        <w:pStyle w:val="Felsorols"/>
      </w:pPr>
      <w:r>
        <w:t>Minden eredeti csoportból egy ember új csoportba megy.</w:t>
      </w:r>
    </w:p>
    <w:p>
      <w:pPr>
        <w:pStyle w:val="Felsorols"/>
      </w:pPr>
      <w:r>
        <w:t>A váltás előtt mindenki kapjon 1-4-ig számot. Az új csoportban röviden mutassák be, mi került elő náluk; az új, fontos gondolatokat írják hozzá az ablakhoz.</w:t>
      </w:r>
    </w:p>
    <w:p>
      <w:pPr>
        <w:pStyle w:val="Felsorols"/>
      </w:pPr>
      <w:r>
        <w:t>Megosztják a korábbi problémákat, kiegészítik a lapokat.</w:t>
      </w:r>
    </w:p>
    <w:p>
      <w:pPr>
        <w:pStyle w:val="Felsorols"/>
      </w:pPr>
      <w:r>
        <w:t>Figyelik, mely problémák több csoportban is előjönnek.</w:t>
      </w:r>
    </w:p>
    <w:p>
      <w:r>
        <w:t>Mit tesz a facilitátor?</w:t>
      </w:r>
    </w:p>
    <w:p>
      <w:pPr>
        <w:pStyle w:val="Felsorols"/>
      </w:pPr>
      <w:r>
        <w:t>Időt tart és emlékeztet: itt még mindig problémákat gyűjtünk, nem oldunk meg.</w:t>
      </w:r>
    </w:p>
    <w:p>
      <w:pPr>
        <w:pStyle w:val="Cmsor2"/>
      </w:pPr>
      <w:r/>
      <w:r>
        <w:t>17-20 perc - Prioritás és gyors megosztás (2 + 1 perc)</w:t>
      </w:r>
    </w:p>
    <w:p>
      <w:r>
        <w:t>Funkció: A problémák fontosságának és közösségi jelentőségének mérlegelése.</w:t>
      </w:r>
    </w:p>
    <w:p>
      <w:r>
        <w:t>Mit csinálnak a diákok?</w:t>
      </w:r>
    </w:p>
    <w:p>
      <w:pPr>
        <w:pStyle w:val="Felsorols"/>
      </w:pPr>
      <w:r>
        <w:t>Visszatérnek az eredeti csoportba.</w:t>
      </w:r>
    </w:p>
    <w:p>
      <w:pPr>
        <w:pStyle w:val="Felsorols"/>
      </w:pPr>
      <w:r>
        <w:t>1-5 skálán sorrendbe rendezik a problémákat.</w:t>
      </w:r>
    </w:p>
    <w:p>
      <w:pPr>
        <w:pStyle w:val="Felsorols"/>
      </w:pPr>
      <w:r>
        <w:t>Az 1-es jelentse a legfontosabb, az 5-ös a kevésbé fontos problémát. A csoportok ezután röviden megosztják az első helyre tett problémát.</w:t>
      </w:r>
    </w:p>
    <w:p>
      <w:r>
        <w:t>Mit tesz a facilitátor?</w:t>
      </w:r>
    </w:p>
    <w:p>
      <w:pPr>
        <w:pStyle w:val="Felsorols"/>
      </w:pPr>
      <w:r>
        <w:t>Kérdez: „Hány embert érint?” „Mennyire gyakori?” „Mennyire tudunk rá hatni?”</w:t>
      </w:r>
    </w:p>
    <w:p>
      <w:pPr>
        <w:pStyle w:val="Cmsor2"/>
      </w:pPr>
      <w:r/>
      <w:r>
        <w:t>20-40 perc - Megoldási lánc (20 perc)</w:t>
      </w:r>
    </w:p>
    <w:p>
      <w:r>
        <w:t>Funkció: Panaszból megvalósítható javaslat készítése.</w:t>
      </w:r>
    </w:p>
    <w:p>
      <w:r>
        <w:t>Mit csinálnak a diákok?</w:t>
      </w:r>
    </w:p>
    <w:p>
      <w:pPr>
        <w:pStyle w:val="Felsorols"/>
      </w:pPr>
      <w:r/>
      <w:r>
        <w:t>A csoportok jelzik, melyik 1-2 kiemelt problémával dolgoznának tovább. Ha több csoport ugyanazt választja, a facilitátor rövid egyeztetéssel segít elosztani vagy párhuzamosan megtartani a témát.</w:t>
      </w:r>
    </w:p>
    <w:p>
      <w:pPr>
        <w:pStyle w:val="Felsorols"/>
      </w:pPr>
      <w:r>
        <w:t>Végigmennek a hat kérdésen: miért - mit helyette - mit tehet az iskola - mit tehetünk mi - első lépés.</w:t>
      </w:r>
    </w:p>
    <w:p>
      <w:r>
        <w:t>Mit tesz a facilitátor?</w:t>
      </w:r>
    </w:p>
    <w:p>
      <w:pPr>
        <w:pStyle w:val="Felsorols"/>
      </w:pPr>
      <w:r>
        <w:t>Nem ad kész megoldást.</w:t>
      </w:r>
    </w:p>
    <w:p>
      <w:pPr>
        <w:pStyle w:val="Felsorols"/>
      </w:pPr>
      <w:r>
        <w:t>Kérdez: „Mi az első kicsi, konkrét lépés?” „Honnan tudnánk, hogy működik?”</w:t>
      </w:r>
    </w:p>
    <w:p>
      <w:pPr>
        <w:pStyle w:val="Cmsor2"/>
      </w:pPr>
      <w:r/>
      <w:r>
        <w:t>40-45 perc - Eredmények, reflexió és hangnyom (2 + 3 perc)</w:t>
      </w:r>
    </w:p>
    <w:p>
      <w:r>
        <w:t>Funkció: A megoldások láthatóvá tétele és továbbvihető ötletek jelölése.</w:t>
      </w:r>
    </w:p>
    <w:p>
      <w:r>
        <w:t>Mit csinálnak a diákok?</w:t>
      </w:r>
    </w:p>
    <w:p>
      <w:pPr>
        <w:pStyle w:val="Felsorols"/>
      </w:pPr>
      <w:r>
        <w:t>Csoportonként röviden bemutatják, mire jutottak.</w:t>
      </w:r>
    </w:p>
    <w:p>
      <w:pPr>
        <w:pStyle w:val="Felsorols"/>
      </w:pPr>
      <w:r>
        <w:t>Reflexióként kézfeltartással vagy más jelzéssel válaszolhatnak arra is, változott-e valamelyik problémáról a véleményük mások szempontjainak meghallgatása után.</w:t>
      </w:r>
    </w:p>
    <w:p>
      <w:pPr>
        <w:pStyle w:val="Felsorols"/>
      </w:pPr>
      <w:r>
        <w:t>A többiek azt figyelik: hallanak-e olyan ötletet, amelyről el tudják képzelni, hogy tényleg megvalósuljon az iskolában.</w:t>
      </w:r>
    </w:p>
    <w:p>
      <w:pPr>
        <w:pStyle w:val="Felsorols"/>
      </w:pPr>
      <w:r>
        <w:t>Kézfeltartással jelzik, hallottak-e olyat, amit tényleg el tudnak képzelni.</w:t>
      </w:r>
    </w:p>
    <w:p>
      <w:pPr>
        <w:pStyle w:val="Felsorols"/>
      </w:pPr>
      <w:r>
        <w:t>„Ezt továbbvinnénk” jelölést tesznek a leginkább megvalósítható javaslat mellé.</w:t>
      </w:r>
    </w:p>
    <w:p>
      <w:r>
        <w:t>Mit tesz a facilitátor?</w:t>
      </w:r>
    </w:p>
    <w:p>
      <w:pPr>
        <w:pStyle w:val="Felsorols"/>
      </w:pPr>
      <w:r>
        <w:t>Zárásként összefoglalja: „panaszból problémát, problémából megoldási javaslatot csináltunk”.</w:t>
      </w:r>
    </w:p>
    <w:p>
      <w:pPr>
        <w:pStyle w:val="Felsorols"/>
      </w:pPr>
      <w:r>
        <w:t>Elmondja, mi történik a továbbvitt ötletekkel.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 a konkrét helyzet, amit meg szeretnétek változtatni?</w:t>
      </w:r>
    </w:p>
    <w:p>
      <w:pPr>
        <w:pStyle w:val="Szmozottlista"/>
      </w:pPr>
      <w:r>
        <w:t>Miért zavar ez, és kit érint?</w:t>
      </w:r>
    </w:p>
    <w:p>
      <w:pPr>
        <w:pStyle w:val="Szmozottlista"/>
      </w:pPr>
      <w:r>
        <w:t>Mit szeretnétek helyette látni?</w:t>
      </w:r>
    </w:p>
    <w:p>
      <w:pPr>
        <w:pStyle w:val="Szmozottlista"/>
      </w:pPr>
      <w:r>
        <w:t>Mi az, amit az iskola tud tenni, és mi az, amit ti tudtok tenni?</w:t>
      </w:r>
    </w:p>
    <w:p>
      <w:pPr>
        <w:pStyle w:val="Szmozottlista"/>
      </w:pPr>
      <w:r>
        <w:t>Mi az első kicsi és konkrét lépés?</w:t>
      </w:r>
    </w:p>
    <w:p>
      <w:pPr>
        <w:pStyle w:val="Szmozottlista"/>
      </w:pPr>
      <w:r>
        <w:t>Honnan tudnánk később, hogy a változtatás működött?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Konkrét, személytelenített problémát kér.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„minden rossz” általánosításnál maradni.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csoport véleményét is beemeli.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problémát automatikusan kiosztani a diákok bevonása nélkül.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prioritást szempontok alapján segíti.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Azt ígérni, hogy minden javaslat megvalósul.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megoldásban diák- és intézményi felelősséget is megvizsgál.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felnőtt megoldását ráerőltetni a csoportra.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Konkrét tanár, diák vagy osztály megnevezése helyett helyzeteket fogalmazunk meg.</w:t>
      </w:r>
    </w:p>
    <w:p>
      <w:pPr>
        <w:pStyle w:val="Felsorols"/>
      </w:pPr>
      <w:r>
        <w:t>Aki nem szeretne szóban szerepelni, lehet jegyző, skálázó vagy rajzoló.</w:t>
      </w:r>
    </w:p>
    <w:p>
      <w:pPr>
        <w:pStyle w:val="Felsorols"/>
      </w:pPr>
      <w:r>
        <w:t>Ha azonnali biztonsági vagy gyermekvédelmi ügy kerül elő, azt nem csoportos ötletelésben kezeljük tovább.</w:t>
      </w:r>
    </w:p>
    <w:p>
      <w:pPr>
        <w:pStyle w:val="Felsorols"/>
      </w:pPr>
      <w:r>
        <w:t>Lehet passzolni vagy más szerepben részt venni.</w:t>
      </w:r>
    </w:p>
    <w:p>
      <w:pPr>
        <w:pStyle w:val="Cmsor1"/>
      </w:pPr>
      <w:r>
        <w:t>9. Dokumentálás és visszacsatolás</w:t>
      </w:r>
    </w:p>
    <w:p>
      <w:r>
        <w:t>Az A3 lapok név nélkül fotózhatók.</w:t>
      </w:r>
    </w:p>
    <w:p>
      <w:r>
        <w:t>A megjelölt javaslatok kapjanak státuszt: továbbvihető / további egyeztetést igényel / jelenleg nem megvalósítható.</w:t>
      </w:r>
    </w:p>
    <w:p>
      <w:r>
        <w:t>A diákok később lássák, mi történt az ötlettel, ki foglalkozott vele és mi a következő lépés.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mozaik elhagyható, közös problématérkép készülhet.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párhuzamos 4 fős csoport.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konkrét példával segítsük a problémamegfogalmazást.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Idősebb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Erőforrás- és megvalósíthatósági korlátok is bevonhatók.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idő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mozaik rövidíthető, de a megoldási lánc és hangnyom maradjon.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Problématérkép</w:t>
      </w:r>
    </w:p>
    <w:p>
      <w:pPr>
        <w:pStyle w:val="Felsorols"/>
      </w:pPr>
      <w:r>
        <w:t>AZ ISKOLÁBAN ZAVAR…</w:t>
      </w:r>
    </w:p>
    <w:p>
      <w:pPr>
        <w:pStyle w:val="Felsorols"/>
      </w:pPr>
      <w:r>
        <w:t>Hol történik?</w:t>
      </w:r>
    </w:p>
    <w:p>
      <w:pPr>
        <w:pStyle w:val="Felsorols"/>
      </w:pPr>
      <w:r>
        <w:t>Kit érint?</w:t>
      </w:r>
    </w:p>
    <w:p>
      <w:pPr>
        <w:pStyle w:val="Felsorols"/>
      </w:pPr>
      <w:r>
        <w:t>Mikor / milyen gyakran történik?</w:t>
      </w:r>
    </w:p>
    <w:p>
      <w:pPr>
        <w:pStyle w:val="Cmsor2"/>
      </w:pPr>
      <w:r>
        <w:t>B. Megoldási lánc</w:t>
      </w:r>
    </w:p>
    <w:p>
      <w:pPr>
        <w:pStyle w:val="Felsorols"/>
      </w:pPr>
      <w:r>
        <w:t>EZ ZAVAR</w:t>
      </w:r>
    </w:p>
    <w:p>
      <w:pPr>
        <w:pStyle w:val="Felsorols"/>
      </w:pPr>
      <w:r>
        <w:t>MIÉRT?</w:t>
      </w:r>
    </w:p>
    <w:p>
      <w:pPr>
        <w:pStyle w:val="Felsorols"/>
      </w:pPr>
      <w:r>
        <w:t>MIT SZERETNÉNK HELYETTE?</w:t>
      </w:r>
    </w:p>
    <w:p>
      <w:pPr>
        <w:pStyle w:val="Felsorols"/>
      </w:pPr>
      <w:r>
        <w:t>MIT TEHET AZ ISKOLA?</w:t>
      </w:r>
    </w:p>
    <w:p>
      <w:pPr>
        <w:pStyle w:val="Felsorols"/>
      </w:pPr>
      <w:r>
        <w:t>MIT TEHETÜNK MI?</w:t>
      </w:r>
    </w:p>
    <w:p>
      <w:pPr>
        <w:pStyle w:val="Felsorols"/>
      </w:pPr>
      <w:r>
        <w:t>MI AZ ELSŐ LÉPÉS?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Konkrét problémát kérj, ne általános panaszt.</w:t>
      </w:r>
    </w:p>
    <w:p>
      <w:pPr>
        <w:pStyle w:val="Felsorols"/>
      </w:pPr>
      <w:r>
        <w:t>Először problémát gyűjtünk, csak utána megoldást.</w:t>
      </w:r>
    </w:p>
    <w:p>
      <w:pPr>
        <w:pStyle w:val="Felsorols"/>
      </w:pPr>
      <w:r>
        <w:t>Ne oldd meg helyettük.</w:t>
      </w:r>
    </w:p>
    <w:p>
      <w:pPr>
        <w:pStyle w:val="Felsorols"/>
      </w:pPr>
      <w:r>
        <w:t>A záráskor mondd el, hogyan kapnak visszajelzést a továbbvitt ötletekről.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1047F4-DD85-4371-AFBF-1D3DE1948EBA}"/>
</file>

<file path=customXml/itemProps3.xml><?xml version="1.0" encoding="utf-8"?>
<ds:datastoreItem xmlns:ds="http://schemas.openxmlformats.org/officeDocument/2006/customXml" ds:itemID="{118A48BE-D2A6-4D08-AA85-D59250509E8E}"/>
</file>

<file path=customXml/itemProps4.xml><?xml version="1.0" encoding="utf-8"?>
<ds:datastoreItem xmlns:ds="http://schemas.openxmlformats.org/officeDocument/2006/customXml" ds:itemID="{D052070C-3F48-4641-8B43-78106B56BD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